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77"/>
        <w:gridCol w:w="8277"/>
      </w:tblGrid>
      <w:tr w:rsidR="001D4501" w14:paraId="764D35CF" w14:textId="77777777">
        <w:trPr>
          <w:jc w:val="center"/>
        </w:trPr>
        <w:tc>
          <w:tcPr>
            <w:tcW w:w="8277" w:type="dxa"/>
          </w:tcPr>
          <w:p w14:paraId="6179AA98" w14:textId="77777777" w:rsidR="001D4501" w:rsidRDefault="00A51A02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7"/>
              </w:rPr>
              <w:t>FACULTE DE GENIE ELECTRIQUE</w:t>
            </w:r>
          </w:p>
        </w:tc>
        <w:tc>
          <w:tcPr>
            <w:tcW w:w="8277" w:type="dxa"/>
          </w:tcPr>
          <w:p w14:paraId="13928035" w14:textId="77777777" w:rsidR="001D4501" w:rsidRDefault="00A51A0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7"/>
              </w:rPr>
              <w:t>DEPARTEMENT D’AUTOMATIQUE 2026/2027</w:t>
            </w:r>
          </w:p>
        </w:tc>
      </w:tr>
    </w:tbl>
    <w:p w14:paraId="4333F074" w14:textId="0B589EF8" w:rsidR="00824A91" w:rsidRPr="008E4AA5" w:rsidRDefault="00FA1948" w:rsidP="007A22F2">
      <w:pPr>
        <w:spacing w:line="240" w:lineRule="auto"/>
        <w:jc w:val="center"/>
        <w:rPr>
          <w:b/>
          <w:bCs/>
          <w:sz w:val="30"/>
          <w:szCs w:val="20"/>
          <w:u w:val="single"/>
          <w:lang w:val="fr-FR"/>
        </w:rPr>
      </w:pPr>
      <w:r w:rsidRPr="000C4796">
        <w:rPr>
          <w:noProof/>
          <w:sz w:val="14"/>
          <w:szCs w:val="14"/>
          <w:lang w:val="fr-FR" w:eastAsia="fr-FR"/>
        </w:rPr>
        <w:drawing>
          <wp:anchor distT="0" distB="0" distL="114300" distR="114300" simplePos="0" relativeHeight="251659264" behindDoc="1" locked="0" layoutInCell="1" allowOverlap="1" wp14:anchorId="3CBF3A79" wp14:editId="291042C7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7239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32" y="21032"/>
                <wp:lineTo x="21032" y="0"/>
                <wp:lineTo x="0" y="0"/>
              </wp:wrapPolygon>
            </wp:wrapTight>
            <wp:docPr id="1" name="Picture 1" descr="53747551_2200720583577279_4128552839586775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53747551_2200720583577279_4128552839586775040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-FR" w:eastAsia="fr-FR"/>
        </w:rPr>
        <w:drawing>
          <wp:anchor distT="0" distB="0" distL="114300" distR="114300" simplePos="0" relativeHeight="251661312" behindDoc="1" locked="0" layoutInCell="1" allowOverlap="1" wp14:anchorId="7B14D2FB" wp14:editId="61D7382E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719455" cy="723900"/>
            <wp:effectExtent l="0" t="0" r="4445" b="0"/>
            <wp:wrapTight wrapText="bothSides">
              <wp:wrapPolygon edited="0">
                <wp:start x="0" y="0"/>
                <wp:lineTo x="0" y="21032"/>
                <wp:lineTo x="21162" y="21032"/>
                <wp:lineTo x="21162" y="0"/>
                <wp:lineTo x="0" y="0"/>
              </wp:wrapPolygon>
            </wp:wrapTight>
            <wp:docPr id="2" name="Picture 2" descr="Image illustrative de l'article Université des sciences et de la technologie d'Oran - Mohamed-Boudi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Image illustrative de l'article Université des sciences et de la technologie d'Oran - Mohamed-Boudia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A91" w:rsidRPr="008E4AA5">
        <w:rPr>
          <w:rFonts w:ascii="Times New Roman" w:hAnsi="Times New Roman"/>
          <w:b/>
          <w:sz w:val="27"/>
          <w:lang w:val="fr-FR"/>
        </w:rPr>
        <w:t xml:space="preserve">Emploi du temps S1 </w:t>
      </w:r>
      <w:r w:rsidR="00231D3C" w:rsidRPr="008E4AA5">
        <w:rPr>
          <w:rFonts w:ascii="Times New Roman" w:hAnsi="Times New Roman"/>
          <w:b/>
          <w:sz w:val="27"/>
          <w:lang w:val="fr-FR"/>
        </w:rPr>
        <w:t>: 3ème</w:t>
      </w:r>
      <w:r w:rsidR="00824A91">
        <w:rPr>
          <w:b/>
          <w:bCs/>
          <w:sz w:val="30"/>
          <w:szCs w:val="20"/>
          <w:u w:val="single"/>
          <w:vertAlign w:val="superscript"/>
          <w:lang w:val="fr-FR"/>
        </w:rPr>
        <w:t xml:space="preserve"> </w:t>
      </w:r>
      <w:r w:rsidR="00231D3C" w:rsidRPr="008E4AA5">
        <w:rPr>
          <w:b/>
          <w:bCs/>
          <w:sz w:val="30"/>
          <w:szCs w:val="20"/>
          <w:u w:val="single"/>
          <w:lang w:val="fr-FR"/>
        </w:rPr>
        <w:t>Année INGENIEUR</w:t>
      </w:r>
      <w:r w:rsidR="00824A91" w:rsidRPr="008E4AA5">
        <w:rPr>
          <w:b/>
          <w:bCs/>
          <w:sz w:val="30"/>
          <w:szCs w:val="20"/>
          <w:u w:val="single"/>
          <w:lang w:val="fr-FR"/>
        </w:rPr>
        <w:t xml:space="preserve"> D’ETAT</w:t>
      </w:r>
    </w:p>
    <w:p w14:paraId="073404EC" w14:textId="6AFF275F" w:rsidR="00824A91" w:rsidRPr="00824A91" w:rsidRDefault="00824A91" w:rsidP="00824A91">
      <w:pPr>
        <w:jc w:val="center"/>
        <w:rPr>
          <w:b/>
          <w:bCs/>
          <w:sz w:val="30"/>
          <w:szCs w:val="20"/>
          <w:lang w:val="fr-FR"/>
        </w:rPr>
      </w:pPr>
      <w:r w:rsidRPr="00F97548">
        <w:rPr>
          <w:b/>
          <w:bCs/>
          <w:sz w:val="30"/>
          <w:szCs w:val="20"/>
          <w:lang w:val="fr-FR"/>
        </w:rPr>
        <w:t>Automatique et Systèmes Intelligents</w:t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26"/>
          <w:szCs w:val="16"/>
          <w:lang w:val="fr-FR"/>
        </w:rPr>
        <w:t xml:space="preserve">Semestre  </w:t>
      </w:r>
      <w:r>
        <w:rPr>
          <w:b/>
          <w:bCs/>
          <w:sz w:val="26"/>
          <w:szCs w:val="16"/>
          <w:lang w:val="fr-FR"/>
        </w:rPr>
        <w:t>5</w:t>
      </w:r>
      <w:r w:rsidRPr="00F97548">
        <w:rPr>
          <w:b/>
          <w:bCs/>
          <w:sz w:val="26"/>
          <w:szCs w:val="16"/>
          <w:lang w:val="fr-FR"/>
        </w:rPr>
        <w:t xml:space="preserve"> :     </w:t>
      </w:r>
    </w:p>
    <w:tbl>
      <w:tblPr>
        <w:tblW w:w="16856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2431"/>
        <w:gridCol w:w="2431"/>
        <w:gridCol w:w="2431"/>
        <w:gridCol w:w="2376"/>
        <w:gridCol w:w="2428"/>
        <w:gridCol w:w="2490"/>
      </w:tblGrid>
      <w:tr w:rsidR="003A12E1" w14:paraId="0E6E5256" w14:textId="77777777" w:rsidTr="007A22F2">
        <w:trPr>
          <w:trHeight w:val="367"/>
          <w:jc w:val="center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71BFC1EB" w14:textId="77777777" w:rsidR="001D4501" w:rsidRPr="00824A91" w:rsidRDefault="001D4501">
            <w:pPr>
              <w:spacing w:after="0" w:line="240" w:lineRule="auto"/>
              <w:jc w:val="center"/>
              <w:rPr>
                <w:lang w:val="fr-FR"/>
              </w:rPr>
            </w:pP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647F3939" w14:textId="77777777" w:rsidR="001D4501" w:rsidRPr="00824A91" w:rsidRDefault="00A51A02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8h00 - 9h30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DBE5F1" w:themeFill="accent1" w:themeFillTint="33"/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7FC32C6D" w14:textId="77777777" w:rsidR="001D4501" w:rsidRPr="00824A91" w:rsidRDefault="00A51A02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9h30 - 11h00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DBE5F1" w:themeFill="accent1" w:themeFillTint="33"/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7D8C40F0" w14:textId="77777777" w:rsidR="001D4501" w:rsidRPr="00824A91" w:rsidRDefault="00A51A02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11h00 - 12h30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08A43465" w14:textId="77777777" w:rsidR="001D4501" w:rsidRPr="00824A91" w:rsidRDefault="00A51A02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12h30 - 14h00</w:t>
            </w:r>
          </w:p>
        </w:tc>
        <w:tc>
          <w:tcPr>
            <w:tcW w:w="2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1E7ACE40" w14:textId="77777777" w:rsidR="001D4501" w:rsidRPr="00824A91" w:rsidRDefault="00A51A02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14h00 - 15h30</w:t>
            </w:r>
          </w:p>
        </w:tc>
        <w:tc>
          <w:tcPr>
            <w:tcW w:w="2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0" w:type="dxa"/>
              <w:left w:w="15" w:type="dxa"/>
              <w:bottom w:w="20" w:type="dxa"/>
              <w:right w:w="15" w:type="dxa"/>
            </w:tcMar>
            <w:vAlign w:val="center"/>
          </w:tcPr>
          <w:p w14:paraId="684732A2" w14:textId="77777777" w:rsidR="001D4501" w:rsidRPr="00824A91" w:rsidRDefault="00A51A02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15h30 - 17h00</w:t>
            </w:r>
          </w:p>
        </w:tc>
      </w:tr>
      <w:tr w:rsidR="003A12E1" w:rsidRPr="005D0FE6" w14:paraId="673413A8" w14:textId="77777777" w:rsidTr="007A22F2">
        <w:trPr>
          <w:trHeight w:val="515"/>
          <w:jc w:val="center"/>
        </w:trPr>
        <w:tc>
          <w:tcPr>
            <w:tcW w:w="22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39596CC8" w14:textId="77777777" w:rsidR="00824A91" w:rsidRPr="00824A91" w:rsidRDefault="00824A91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DIMANCHE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3224FD7" w14:textId="6F34D7BE" w:rsidR="00824A91" w:rsidRPr="003A12E1" w:rsidRDefault="00824A91" w:rsidP="00824A91">
            <w:pPr>
              <w:spacing w:after="20" w:line="240" w:lineRule="auto"/>
              <w:jc w:val="center"/>
              <w:rPr>
                <w:sz w:val="20"/>
                <w:szCs w:val="36"/>
              </w:rPr>
            </w:pPr>
            <w:r>
              <w:rPr>
                <w:rFonts w:ascii="Times New Roman" w:hAnsi="Times New Roman"/>
                <w:b/>
                <w:sz w:val="18"/>
                <w:szCs w:val="32"/>
              </w:rPr>
              <w:t>TP1 EA</w:t>
            </w:r>
            <w:r>
              <w:rPr>
                <w:rFonts w:ascii="Times New Roman" w:hAnsi="Times New Roman"/>
                <w:b/>
                <w:sz w:val="18"/>
                <w:szCs w:val="32"/>
              </w:rPr>
              <w:br/>
              <w:t>M. BELHERAZEM</w:t>
            </w:r>
            <w:r>
              <w:rPr>
                <w:rFonts w:ascii="Times New Roman" w:hAnsi="Times New Roman"/>
                <w:b/>
                <w:sz w:val="18"/>
                <w:szCs w:val="32"/>
              </w:rPr>
              <w:br/>
              <w:t>S. 5110A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A0E3CFA" w14:textId="7218DBA5" w:rsidR="00824A91" w:rsidRPr="00A51A02" w:rsidRDefault="00824A91" w:rsidP="00824A91">
            <w:pPr>
              <w:spacing w:after="20" w:line="240" w:lineRule="auto"/>
              <w:jc w:val="center"/>
              <w:rPr>
                <w:sz w:val="18"/>
                <w:szCs w:val="32"/>
              </w:rPr>
            </w:pPr>
            <w:r>
              <w:rPr>
                <w:rFonts w:ascii="Times New Roman" w:hAnsi="Times New Roman"/>
                <w:b/>
                <w:sz w:val="18"/>
                <w:szCs w:val="32"/>
              </w:rPr>
              <w:t>TP3 EA</w:t>
            </w:r>
            <w:r>
              <w:rPr>
                <w:rFonts w:ascii="Times New Roman" w:hAnsi="Times New Roman"/>
                <w:b/>
                <w:sz w:val="18"/>
                <w:szCs w:val="32"/>
              </w:rPr>
              <w:br/>
              <w:t>M. BELHERAZEM</w:t>
            </w:r>
            <w:r>
              <w:rPr>
                <w:rFonts w:ascii="Times New Roman" w:hAnsi="Times New Roman"/>
                <w:b/>
                <w:sz w:val="18"/>
                <w:szCs w:val="32"/>
              </w:rPr>
              <w:br/>
              <w:t>S. 5110A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B9A9F8" w14:textId="3A7E3ED4" w:rsidR="00824A91" w:rsidRPr="00A51A02" w:rsidRDefault="00824A91" w:rsidP="00824A91">
            <w:pPr>
              <w:spacing w:after="20" w:line="240" w:lineRule="auto"/>
              <w:jc w:val="center"/>
              <w:rPr>
                <w:sz w:val="18"/>
                <w:szCs w:val="32"/>
              </w:rPr>
            </w:pPr>
            <w:r>
              <w:rPr>
                <w:rFonts w:ascii="Times New Roman" w:hAnsi="Times New Roman"/>
                <w:b/>
                <w:sz w:val="18"/>
                <w:szCs w:val="32"/>
              </w:rPr>
              <w:t>TP2 EA</w:t>
            </w:r>
            <w:r>
              <w:rPr>
                <w:rFonts w:ascii="Times New Roman" w:hAnsi="Times New Roman"/>
                <w:b/>
                <w:sz w:val="18"/>
                <w:szCs w:val="32"/>
              </w:rPr>
              <w:br/>
              <w:t>M. BELHERAZEM</w:t>
            </w:r>
            <w:r>
              <w:rPr>
                <w:rFonts w:ascii="Times New Roman" w:hAnsi="Times New Roman"/>
                <w:b/>
                <w:sz w:val="18"/>
                <w:szCs w:val="32"/>
              </w:rPr>
              <w:br/>
              <w:t>S. 5110A</w:t>
            </w:r>
          </w:p>
        </w:tc>
        <w:tc>
          <w:tcPr>
            <w:tcW w:w="2376" w:type="dxa"/>
            <w:vMerge w:val="restart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0BA5873" w14:textId="77777777" w:rsidR="00824A91" w:rsidRPr="003A12E1" w:rsidRDefault="00824A91">
            <w:pPr>
              <w:spacing w:after="0" w:line="240" w:lineRule="auto"/>
              <w:jc w:val="center"/>
              <w:rPr>
                <w:sz w:val="20"/>
                <w:szCs w:val="36"/>
              </w:rPr>
            </w:pPr>
          </w:p>
        </w:tc>
        <w:tc>
          <w:tcPr>
            <w:tcW w:w="24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7E006F3" w14:textId="50C58721" w:rsidR="00824A91" w:rsidRPr="003A12E1" w:rsidRDefault="00824A91" w:rsidP="001075F8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Anglais technique en Automatique (ATA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)</w:t>
            </w:r>
            <w:proofErr w:type="gramEnd"/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M.</w:t>
            </w:r>
            <w:r w:rsidR="00B52A1F"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 xml:space="preserve"> BELMEHDI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4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8776396" w14:textId="77777777" w:rsidR="00824A91" w:rsidRPr="003A12E1" w:rsidRDefault="00824A9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</w:tr>
      <w:tr w:rsidR="003A12E1" w:rsidRPr="00231D3C" w14:paraId="06A55C77" w14:textId="77777777" w:rsidTr="007A22F2">
        <w:trPr>
          <w:trHeight w:val="515"/>
          <w:jc w:val="center"/>
        </w:trPr>
        <w:tc>
          <w:tcPr>
            <w:tcW w:w="2269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09AA57AE" w14:textId="77777777" w:rsidR="00824A91" w:rsidRPr="003A12E1" w:rsidRDefault="00824A9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2"/>
                <w:lang w:val="fr-FR"/>
              </w:rPr>
            </w:pP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6F25A91" w14:textId="10FD7D49" w:rsidR="00824A91" w:rsidRPr="005D0FE6" w:rsidRDefault="00824A91" w:rsidP="00824A91">
            <w:pPr>
              <w:spacing w:after="20" w:line="240" w:lineRule="auto"/>
              <w:jc w:val="center"/>
              <w:rPr>
                <w:sz w:val="16"/>
                <w:szCs w:val="28"/>
                <w:highlight w:val="yellow"/>
                <w:lang w:val="en-ZA"/>
              </w:rPr>
            </w:pP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t>TP2 LP1</w:t>
            </w: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br/>
              <w:t>M.</w:t>
            </w:r>
            <w:r w:rsidR="005D0FE6"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t>AILANE</w:t>
            </w: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br/>
              <w:t>S. 5016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A895AE4" w14:textId="67BC23C5" w:rsidR="00824A91" w:rsidRPr="005D0FE6" w:rsidRDefault="00FA1948" w:rsidP="00824A91">
            <w:pPr>
              <w:spacing w:after="20" w:line="240" w:lineRule="auto"/>
              <w:jc w:val="center"/>
              <w:rPr>
                <w:sz w:val="18"/>
                <w:szCs w:val="32"/>
                <w:highlight w:val="yellow"/>
                <w:lang w:val="en-ZA"/>
              </w:rPr>
            </w:pP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t>TP1 LP1</w:t>
            </w: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br/>
              <w:t>M.</w:t>
            </w:r>
            <w:r w:rsidR="005D0FE6"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t>AILANE</w:t>
            </w: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br/>
              <w:t>S. 5016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270E474" w14:textId="37B53CFF" w:rsidR="00824A91" w:rsidRPr="005D0FE6" w:rsidRDefault="00824A91" w:rsidP="00FA1948">
            <w:pPr>
              <w:spacing w:after="20" w:line="240" w:lineRule="auto"/>
              <w:jc w:val="center"/>
              <w:rPr>
                <w:sz w:val="18"/>
                <w:szCs w:val="32"/>
                <w:highlight w:val="yellow"/>
                <w:lang w:val="en-ZA"/>
              </w:rPr>
            </w:pP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t>TP3 LP1</w:t>
            </w:r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br/>
              <w:t>M.</w:t>
            </w:r>
            <w:r w:rsidR="005D0FE6"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t>AILANE</w:t>
            </w:r>
            <w:bookmarkStart w:id="0" w:name="_GoBack"/>
            <w:bookmarkEnd w:id="0"/>
            <w:r w:rsidRPr="005D0FE6">
              <w:rPr>
                <w:rFonts w:ascii="Times New Roman" w:hAnsi="Times New Roman"/>
                <w:b/>
                <w:sz w:val="18"/>
                <w:szCs w:val="32"/>
                <w:highlight w:val="yellow"/>
                <w:lang w:val="en-ZA"/>
              </w:rPr>
              <w:br/>
              <w:t>S. 5016</w:t>
            </w: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8E0ED" w14:textId="77777777" w:rsidR="00824A91" w:rsidRPr="005D0FE6" w:rsidRDefault="00824A91">
            <w:pPr>
              <w:spacing w:after="0" w:line="240" w:lineRule="auto"/>
              <w:jc w:val="center"/>
              <w:rPr>
                <w:sz w:val="16"/>
                <w:szCs w:val="28"/>
                <w:lang w:val="en-ZA"/>
              </w:rPr>
            </w:pPr>
          </w:p>
        </w:tc>
        <w:tc>
          <w:tcPr>
            <w:tcW w:w="2428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9D9B313" w14:textId="77777777" w:rsidR="00824A91" w:rsidRPr="005D0FE6" w:rsidRDefault="00824A9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en-ZA"/>
              </w:rPr>
            </w:pPr>
          </w:p>
        </w:tc>
        <w:tc>
          <w:tcPr>
            <w:tcW w:w="2490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B7BB9D" w14:textId="77777777" w:rsidR="00824A91" w:rsidRPr="005D0FE6" w:rsidRDefault="00824A91">
            <w:pPr>
              <w:spacing w:after="0" w:line="240" w:lineRule="auto"/>
              <w:jc w:val="center"/>
              <w:rPr>
                <w:sz w:val="16"/>
                <w:szCs w:val="28"/>
                <w:lang w:val="en-ZA"/>
              </w:rPr>
            </w:pPr>
          </w:p>
        </w:tc>
      </w:tr>
      <w:tr w:rsidR="003A12E1" w:rsidRPr="00231D3C" w14:paraId="793DCE55" w14:textId="77777777" w:rsidTr="007A22F2">
        <w:trPr>
          <w:trHeight w:val="515"/>
          <w:jc w:val="center"/>
        </w:trPr>
        <w:tc>
          <w:tcPr>
            <w:tcW w:w="22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10D90053" w14:textId="77777777" w:rsidR="00824A91" w:rsidRPr="005D0FE6" w:rsidRDefault="00824A9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2"/>
                <w:lang w:val="en-ZA"/>
              </w:rPr>
            </w:pP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FEE2161" w14:textId="5F19B652" w:rsidR="00824A91" w:rsidRPr="00B52A1F" w:rsidRDefault="00824A91" w:rsidP="00827928">
            <w:pPr>
              <w:spacing w:after="20" w:line="240" w:lineRule="auto"/>
              <w:jc w:val="center"/>
              <w:rPr>
                <w:sz w:val="16"/>
                <w:szCs w:val="28"/>
              </w:rPr>
            </w:pPr>
            <w:r w:rsidRPr="00B52A1F">
              <w:rPr>
                <w:rFonts w:ascii="Times New Roman" w:hAnsi="Times New Roman"/>
                <w:b/>
                <w:sz w:val="16"/>
                <w:szCs w:val="28"/>
              </w:rPr>
              <w:t>TP3 LCS</w:t>
            </w:r>
            <w:r w:rsidRPr="00B52A1F">
              <w:rPr>
                <w:rFonts w:ascii="Times New Roman" w:hAnsi="Times New Roman"/>
                <w:b/>
                <w:sz w:val="16"/>
                <w:szCs w:val="28"/>
              </w:rPr>
              <w:br/>
              <w:t>M. BENALI</w:t>
            </w:r>
            <w:r w:rsidRPr="00B52A1F">
              <w:rPr>
                <w:rFonts w:ascii="Times New Roman" w:hAnsi="Times New Roman"/>
                <w:b/>
                <w:sz w:val="16"/>
                <w:szCs w:val="28"/>
              </w:rPr>
              <w:br/>
              <w:t>S. 5111B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D836D0B" w14:textId="7735E863" w:rsidR="00824A91" w:rsidRPr="00B52A1F" w:rsidRDefault="00824A9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</w:rPr>
            </w:pPr>
            <w:r w:rsidRPr="00B52A1F">
              <w:rPr>
                <w:rFonts w:ascii="Times New Roman" w:hAnsi="Times New Roman"/>
                <w:b/>
                <w:sz w:val="16"/>
                <w:szCs w:val="28"/>
              </w:rPr>
              <w:t>TP2 LCS</w:t>
            </w:r>
            <w:r w:rsidRPr="00B52A1F">
              <w:rPr>
                <w:rFonts w:ascii="Times New Roman" w:hAnsi="Times New Roman"/>
                <w:b/>
                <w:sz w:val="16"/>
                <w:szCs w:val="28"/>
              </w:rPr>
              <w:br/>
              <w:t>M. BENALI</w:t>
            </w:r>
            <w:r w:rsidRPr="00B52A1F">
              <w:rPr>
                <w:rFonts w:ascii="Times New Roman" w:hAnsi="Times New Roman"/>
                <w:b/>
                <w:sz w:val="16"/>
                <w:szCs w:val="28"/>
              </w:rPr>
              <w:br/>
              <w:t>S. 5111B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5FAFA90" w14:textId="1213BA71" w:rsidR="00824A91" w:rsidRPr="00B52A1F" w:rsidRDefault="00824A9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</w:rPr>
            </w:pPr>
            <w:r w:rsidRPr="00B52A1F">
              <w:rPr>
                <w:rFonts w:ascii="Times New Roman" w:hAnsi="Times New Roman"/>
                <w:b/>
                <w:sz w:val="16"/>
                <w:szCs w:val="28"/>
              </w:rPr>
              <w:t>TP1 LCS</w:t>
            </w:r>
            <w:r w:rsidRPr="00B52A1F">
              <w:rPr>
                <w:rFonts w:ascii="Times New Roman" w:hAnsi="Times New Roman"/>
                <w:b/>
                <w:sz w:val="16"/>
                <w:szCs w:val="28"/>
              </w:rPr>
              <w:br/>
              <w:t>M. BENALI</w:t>
            </w:r>
            <w:r w:rsidRPr="00B52A1F">
              <w:rPr>
                <w:rFonts w:ascii="Times New Roman" w:hAnsi="Times New Roman"/>
                <w:b/>
                <w:sz w:val="16"/>
                <w:szCs w:val="28"/>
              </w:rPr>
              <w:br/>
              <w:t>S. 5111B</w:t>
            </w: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86B4FAA" w14:textId="77777777" w:rsidR="00824A91" w:rsidRPr="00B52A1F" w:rsidRDefault="00824A91">
            <w:pPr>
              <w:spacing w:after="0" w:line="240" w:lineRule="auto"/>
              <w:jc w:val="center"/>
              <w:rPr>
                <w:sz w:val="16"/>
                <w:szCs w:val="28"/>
              </w:rPr>
            </w:pPr>
          </w:p>
        </w:tc>
        <w:tc>
          <w:tcPr>
            <w:tcW w:w="24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7DBEF11" w14:textId="77777777" w:rsidR="00824A91" w:rsidRPr="00B52A1F" w:rsidRDefault="00824A9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</w:rPr>
            </w:pPr>
          </w:p>
        </w:tc>
        <w:tc>
          <w:tcPr>
            <w:tcW w:w="24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B6F55DC" w14:textId="77777777" w:rsidR="00824A91" w:rsidRPr="00B52A1F" w:rsidRDefault="00824A91">
            <w:pPr>
              <w:spacing w:after="0" w:line="240" w:lineRule="auto"/>
              <w:jc w:val="center"/>
              <w:rPr>
                <w:sz w:val="16"/>
                <w:szCs w:val="28"/>
              </w:rPr>
            </w:pPr>
          </w:p>
        </w:tc>
      </w:tr>
      <w:tr w:rsidR="007A22F2" w:rsidRPr="005D0FE6" w14:paraId="1266F3BC" w14:textId="77777777" w:rsidTr="007A22F2">
        <w:trPr>
          <w:trHeight w:val="610"/>
          <w:jc w:val="center"/>
        </w:trPr>
        <w:tc>
          <w:tcPr>
            <w:tcW w:w="22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53E30DA4" w14:textId="77777777" w:rsidR="003A12E1" w:rsidRPr="00824A91" w:rsidRDefault="003A12E1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LUNDI</w:t>
            </w:r>
          </w:p>
        </w:tc>
        <w:tc>
          <w:tcPr>
            <w:tcW w:w="243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88F1ED9" w14:textId="77777777" w:rsidR="003A12E1" w:rsidRPr="003A12E1" w:rsidRDefault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Logique combinatoire et séquentielle (LCS)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M. ZELMAT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A7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CA3EEEE" w14:textId="17305879" w:rsidR="003A12E1" w:rsidRPr="003A12E1" w:rsidRDefault="003A12E1" w:rsidP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TD1 ASLC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SEDINI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431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811EF35" w14:textId="77777777" w:rsidR="003A12E1" w:rsidRPr="003A12E1" w:rsidRDefault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Asservissement des systèmes linéaires continus (ASLC)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SEDINI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3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312C0C8" w14:textId="77777777" w:rsidR="003A12E1" w:rsidRPr="003A12E1" w:rsidRDefault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Actionneurs industriels (ACT)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M. ATTOU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4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17AB4A9" w14:textId="77777777" w:rsidR="003A12E1" w:rsidRPr="003A12E1" w:rsidRDefault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B71A8D6" w14:textId="77777777" w:rsidR="003A12E1" w:rsidRPr="003A12E1" w:rsidRDefault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</w:tr>
      <w:tr w:rsidR="007A22F2" w:rsidRPr="005D0FE6" w14:paraId="12775233" w14:textId="77777777" w:rsidTr="007A22F2">
        <w:trPr>
          <w:trHeight w:val="610"/>
          <w:jc w:val="center"/>
        </w:trPr>
        <w:tc>
          <w:tcPr>
            <w:tcW w:w="22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17762EA2" w14:textId="77777777" w:rsidR="003A12E1" w:rsidRPr="003A12E1" w:rsidRDefault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2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BE7B114" w14:textId="77777777" w:rsidR="003A12E1" w:rsidRPr="003A12E1" w:rsidRDefault="003A12E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20"/>
                <w:szCs w:val="36"/>
                <w:lang w:val="fr-F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28116E4" w14:textId="6D9F669C" w:rsidR="003A12E1" w:rsidRPr="003A12E1" w:rsidRDefault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TD2 LCS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M. ZELMAT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5309</w:t>
            </w:r>
          </w:p>
        </w:tc>
        <w:tc>
          <w:tcPr>
            <w:tcW w:w="2431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D5825BB" w14:textId="77777777" w:rsidR="003A12E1" w:rsidRPr="003A12E1" w:rsidRDefault="003A12E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20"/>
                <w:szCs w:val="36"/>
                <w:lang w:val="fr-FR"/>
              </w:rPr>
            </w:pPr>
          </w:p>
        </w:tc>
        <w:tc>
          <w:tcPr>
            <w:tcW w:w="23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9AC6F59" w14:textId="77777777" w:rsidR="003A12E1" w:rsidRPr="003A12E1" w:rsidRDefault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73858D7" w14:textId="77777777" w:rsidR="003A12E1" w:rsidRPr="003A12E1" w:rsidRDefault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7B4E9BA" w14:textId="77777777" w:rsidR="003A12E1" w:rsidRPr="003A12E1" w:rsidRDefault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</w:tr>
      <w:tr w:rsidR="007A22F2" w:rsidRPr="005D0FE6" w14:paraId="173EA42B" w14:textId="77777777" w:rsidTr="007A22F2">
        <w:trPr>
          <w:trHeight w:val="610"/>
          <w:jc w:val="center"/>
        </w:trPr>
        <w:tc>
          <w:tcPr>
            <w:tcW w:w="22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12A12C8C" w14:textId="77777777" w:rsidR="003A12E1" w:rsidRPr="00824A91" w:rsidRDefault="003A12E1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MARDI</w:t>
            </w:r>
          </w:p>
        </w:tc>
        <w:tc>
          <w:tcPr>
            <w:tcW w:w="243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C36A1A5" w14:textId="77777777" w:rsidR="003A12E1" w:rsidRPr="003A12E1" w:rsidRDefault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Asservissement des systèmes linéaires continus (ASLC)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SEDINI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4C3CD14" w14:textId="5BFFBDD3" w:rsidR="003A12E1" w:rsidRPr="003A12E1" w:rsidRDefault="003A12E1" w:rsidP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TD2 ASLC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SEDINI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C5C621B" w14:textId="506E2ABA" w:rsidR="003A12E1" w:rsidRPr="003A12E1" w:rsidRDefault="003A12E1" w:rsidP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TD1 LCS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M. ZELMAT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5107</w:t>
            </w:r>
          </w:p>
        </w:tc>
        <w:tc>
          <w:tcPr>
            <w:tcW w:w="2376" w:type="dxa"/>
            <w:vMerge w:val="restart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2C7D8C" w14:textId="16345A88" w:rsidR="003A12E1" w:rsidRPr="003A12E1" w:rsidRDefault="003A12E1" w:rsidP="00824A9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8D95899" w14:textId="10D53634" w:rsidR="003A12E1" w:rsidRPr="003A12E1" w:rsidRDefault="003A12E1" w:rsidP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528BF45" w14:textId="77777777" w:rsidR="003A12E1" w:rsidRPr="003A12E1" w:rsidRDefault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</w:tr>
      <w:tr w:rsidR="007A22F2" w:rsidRPr="005D0FE6" w14:paraId="329E2F9F" w14:textId="77777777" w:rsidTr="007A22F2">
        <w:trPr>
          <w:trHeight w:val="610"/>
          <w:jc w:val="center"/>
        </w:trPr>
        <w:tc>
          <w:tcPr>
            <w:tcW w:w="22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6FD352CE" w14:textId="77777777" w:rsidR="003A12E1" w:rsidRPr="003A12E1" w:rsidRDefault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2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91C9AA8" w14:textId="77777777" w:rsidR="003A12E1" w:rsidRPr="003A12E1" w:rsidRDefault="003A12E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20"/>
                <w:szCs w:val="36"/>
                <w:lang w:val="fr-FR"/>
              </w:rPr>
            </w:pP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965CF35" w14:textId="7D223EEF" w:rsidR="003A12E1" w:rsidRPr="003A12E1" w:rsidRDefault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TD1 EDP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BENDAHA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5107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1CB1C97" w14:textId="2D6A06BA" w:rsidR="003A12E1" w:rsidRPr="003A12E1" w:rsidRDefault="003A12E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TD2 EDP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BENDAHA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5303</w:t>
            </w: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8149BE7" w14:textId="77777777" w:rsidR="003A12E1" w:rsidRPr="003A12E1" w:rsidRDefault="003A12E1" w:rsidP="00824A9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2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9ADDEF5" w14:textId="77777777" w:rsidR="003A12E1" w:rsidRPr="003A12E1" w:rsidRDefault="003A12E1" w:rsidP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9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E4F4887" w14:textId="77777777" w:rsidR="003A12E1" w:rsidRPr="003A12E1" w:rsidRDefault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</w:tr>
      <w:tr w:rsidR="003A12E1" w:rsidRPr="005D0FE6" w14:paraId="6D5BAF8F" w14:textId="77777777" w:rsidTr="007A22F2">
        <w:trPr>
          <w:trHeight w:val="786"/>
          <w:jc w:val="center"/>
        </w:trPr>
        <w:tc>
          <w:tcPr>
            <w:tcW w:w="22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592CC0E3" w14:textId="77777777" w:rsidR="00824A91" w:rsidRPr="00824A91" w:rsidRDefault="00824A91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MERCREDI</w:t>
            </w:r>
          </w:p>
        </w:tc>
        <w:tc>
          <w:tcPr>
            <w:tcW w:w="243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4F0B84E" w14:textId="77777777" w:rsidR="00824A91" w:rsidRPr="003A12E1" w:rsidRDefault="00824A9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Logique combinatoire et séquentielle (LCS)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M. ZELMAT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A7</w:t>
            </w:r>
          </w:p>
        </w:tc>
        <w:tc>
          <w:tcPr>
            <w:tcW w:w="243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1DB5B22" w14:textId="77777777" w:rsidR="00824A91" w:rsidRPr="003A12E1" w:rsidRDefault="00824A9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Méthodes numériques appliquées (MNA)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BOUSSADIA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431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743F62E" w14:textId="6F85A93E" w:rsidR="00824A91" w:rsidRPr="003A12E1" w:rsidRDefault="00824A9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C6A020" w14:textId="40DD63AE" w:rsidR="00824A91" w:rsidRPr="003A12E1" w:rsidRDefault="0056408A" w:rsidP="00824A9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TP1 ASLC</w:t>
            </w:r>
            <w:r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Mme. SEDINI</w:t>
            </w:r>
            <w:r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5316B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E452F08" w14:textId="3F6A48A6" w:rsidR="00824A91" w:rsidRPr="003A12E1" w:rsidRDefault="003A12E1">
            <w:pPr>
              <w:spacing w:after="0" w:line="240" w:lineRule="auto"/>
              <w:jc w:val="center"/>
              <w:rPr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TP2 ASLC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Mme. SEDINI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</w:r>
            <w:r w:rsidR="0056408A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S. 5316B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0ACB9AB" w14:textId="0C3C88C3" w:rsidR="00824A91" w:rsidRPr="003A12E1" w:rsidRDefault="003A12E1">
            <w:pPr>
              <w:spacing w:after="0" w:line="240" w:lineRule="auto"/>
              <w:jc w:val="center"/>
              <w:rPr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TP3 ASLC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Mme. SEDINI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</w:r>
            <w:r w:rsidR="0056408A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S. 5316B</w:t>
            </w:r>
          </w:p>
        </w:tc>
      </w:tr>
      <w:tr w:rsidR="003A12E1" w:rsidRPr="00824A91" w14:paraId="2A516989" w14:textId="77777777" w:rsidTr="007A22F2">
        <w:trPr>
          <w:trHeight w:val="785"/>
          <w:jc w:val="center"/>
        </w:trPr>
        <w:tc>
          <w:tcPr>
            <w:tcW w:w="2269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6071A856" w14:textId="77777777" w:rsidR="00824A91" w:rsidRPr="003A12E1" w:rsidRDefault="00824A9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2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353E621" w14:textId="77777777" w:rsidR="00824A91" w:rsidRPr="003A12E1" w:rsidRDefault="00824A9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4B02F45" w14:textId="77777777" w:rsidR="00824A91" w:rsidRPr="003A12E1" w:rsidRDefault="00824A9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6123526" w14:textId="77777777" w:rsidR="00824A91" w:rsidRPr="003A12E1" w:rsidRDefault="00824A9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324D9AE" w14:textId="77777777" w:rsidR="00824A91" w:rsidRPr="00EE40C7" w:rsidRDefault="00824A91" w:rsidP="00824A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EE40C7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TP2 </w:t>
            </w:r>
          </w:p>
          <w:p w14:paraId="3173E053" w14:textId="77777777" w:rsidR="00824A91" w:rsidRPr="00EE40C7" w:rsidRDefault="00824A91" w:rsidP="00824A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EE40C7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(CII )  M. BELLAHCENE (Semaine 1)</w:t>
            </w:r>
          </w:p>
          <w:p w14:paraId="1638BB85" w14:textId="77777777" w:rsidR="003A12E1" w:rsidRPr="00231D3C" w:rsidRDefault="00824A91" w:rsidP="00824A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en-ZA"/>
              </w:rPr>
            </w:pPr>
            <w:r w:rsidRPr="00231D3C">
              <w:rPr>
                <w:rFonts w:ascii="Times New Roman" w:hAnsi="Times New Roman"/>
                <w:b/>
                <w:sz w:val="18"/>
                <w:szCs w:val="32"/>
                <w:lang w:val="en-ZA"/>
              </w:rPr>
              <w:t xml:space="preserve">(ACT) M.ATTOU </w:t>
            </w:r>
          </w:p>
          <w:p w14:paraId="738DBD6E" w14:textId="203E6F18" w:rsidR="00824A91" w:rsidRPr="003A12E1" w:rsidRDefault="00824A91" w:rsidP="00824A9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2)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5110A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0B49B36" w14:textId="4510672F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TP3 </w:t>
            </w:r>
          </w:p>
          <w:p w14:paraId="6A921544" w14:textId="77777777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</w:t>
            </w:r>
            <w:proofErr w:type="gramStart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CII )</w:t>
            </w:r>
            <w:proofErr w:type="gramEnd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  M. BELLAHCENE </w:t>
            </w:r>
          </w:p>
          <w:p w14:paraId="0BB34243" w14:textId="5790D6ED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1)</w:t>
            </w:r>
          </w:p>
          <w:p w14:paraId="2A17CFCE" w14:textId="77777777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(ACT) M.ATTOU </w:t>
            </w:r>
          </w:p>
          <w:p w14:paraId="1FA921DE" w14:textId="197EA1F4" w:rsidR="00824A9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2)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5110A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40BA35A" w14:textId="0636242D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TP1 </w:t>
            </w:r>
          </w:p>
          <w:p w14:paraId="12C1DC0C" w14:textId="77777777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</w:t>
            </w:r>
            <w:proofErr w:type="gramStart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CII )</w:t>
            </w:r>
            <w:proofErr w:type="gramEnd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  M. BELLAHCENE </w:t>
            </w:r>
          </w:p>
          <w:p w14:paraId="2D869B40" w14:textId="0146C360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1)</w:t>
            </w:r>
          </w:p>
          <w:p w14:paraId="2253CE63" w14:textId="77777777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(ACT) M.ATTOU </w:t>
            </w:r>
          </w:p>
          <w:p w14:paraId="368513B2" w14:textId="51AAD901" w:rsidR="00824A9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2)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5110A</w:t>
            </w:r>
          </w:p>
        </w:tc>
      </w:tr>
      <w:tr w:rsidR="003A12E1" w:rsidRPr="00231D3C" w14:paraId="6542E744" w14:textId="77777777" w:rsidTr="007A22F2">
        <w:trPr>
          <w:trHeight w:val="785"/>
          <w:jc w:val="center"/>
        </w:trPr>
        <w:tc>
          <w:tcPr>
            <w:tcW w:w="22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104A6665" w14:textId="77777777" w:rsidR="003A12E1" w:rsidRPr="00824A9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2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146D7F5" w14:textId="77777777" w:rsidR="003A12E1" w:rsidRPr="003A12E1" w:rsidRDefault="003A12E1" w:rsidP="003A12E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5D78C5F" w14:textId="77777777" w:rsidR="003A12E1" w:rsidRPr="003A12E1" w:rsidRDefault="003A12E1" w:rsidP="003A12E1">
            <w:pPr>
              <w:spacing w:after="2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</w:p>
        </w:tc>
        <w:tc>
          <w:tcPr>
            <w:tcW w:w="24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9310576" w14:textId="77777777" w:rsidR="003A12E1" w:rsidRPr="003A12E1" w:rsidRDefault="003A12E1" w:rsidP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662597" w14:textId="5091C998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TP3 </w:t>
            </w:r>
          </w:p>
          <w:p w14:paraId="3ABCC57B" w14:textId="1F0FD704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</w:t>
            </w:r>
            <w:proofErr w:type="gramStart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MNA )</w:t>
            </w:r>
            <w:proofErr w:type="gramEnd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  Mme. BOUSSADIA (Semaine 1)</w:t>
            </w:r>
          </w:p>
          <w:p w14:paraId="08AB3765" w14:textId="421B2470" w:rsidR="003A12E1" w:rsidRPr="003A12E1" w:rsidRDefault="003A12E1" w:rsidP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  <w:r w:rsidRPr="005A37D8">
              <w:rPr>
                <w:rFonts w:ascii="Times New Roman" w:hAnsi="Times New Roman"/>
                <w:b/>
                <w:sz w:val="18"/>
                <w:szCs w:val="32"/>
                <w:highlight w:val="yellow"/>
                <w:lang w:val="fr-FR"/>
              </w:rPr>
              <w:t xml:space="preserve">(EDP) </w:t>
            </w:r>
            <w:r w:rsidR="005A37D8" w:rsidRPr="005A37D8">
              <w:rPr>
                <w:rFonts w:ascii="Times New Roman" w:hAnsi="Times New Roman"/>
                <w:b/>
                <w:sz w:val="18"/>
                <w:szCs w:val="32"/>
                <w:highlight w:val="yellow"/>
                <w:lang w:val="fr-FR"/>
              </w:rPr>
              <w:t>M…………………</w:t>
            </w:r>
            <w:r w:rsidR="005A37D8"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 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2)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5016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857F08B" w14:textId="24B00C51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TP1 </w:t>
            </w:r>
          </w:p>
          <w:p w14:paraId="10B40527" w14:textId="77777777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</w:t>
            </w:r>
            <w:proofErr w:type="gramStart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MNA )</w:t>
            </w:r>
            <w:proofErr w:type="gramEnd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  Mme. BOUSSADIA (Semaine 1)</w:t>
            </w:r>
          </w:p>
          <w:p w14:paraId="2B78C1A9" w14:textId="73D824F2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  <w:r w:rsidRPr="005A37D8">
              <w:rPr>
                <w:rFonts w:ascii="Times New Roman" w:hAnsi="Times New Roman"/>
                <w:b/>
                <w:sz w:val="18"/>
                <w:szCs w:val="32"/>
                <w:highlight w:val="yellow"/>
                <w:lang w:val="fr-FR"/>
              </w:rPr>
              <w:t xml:space="preserve">(EDP) </w:t>
            </w:r>
            <w:r w:rsidR="005A37D8" w:rsidRPr="005A37D8">
              <w:rPr>
                <w:rFonts w:ascii="Times New Roman" w:hAnsi="Times New Roman"/>
                <w:b/>
                <w:sz w:val="18"/>
                <w:szCs w:val="32"/>
                <w:highlight w:val="yellow"/>
                <w:lang w:val="fr-FR"/>
              </w:rPr>
              <w:t>M…………………</w:t>
            </w:r>
            <w:r w:rsidR="005A37D8"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 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2)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5016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1D91BB36" w14:textId="1DA1DB1F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TP2 </w:t>
            </w:r>
          </w:p>
          <w:p w14:paraId="687D82C4" w14:textId="77777777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</w:t>
            </w:r>
            <w:proofErr w:type="gramStart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MNA )</w:t>
            </w:r>
            <w:proofErr w:type="gramEnd"/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 xml:space="preserve">  Mme. BOUSSADIA </w:t>
            </w:r>
          </w:p>
          <w:p w14:paraId="7AC7BEF6" w14:textId="07587B44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1)</w:t>
            </w:r>
          </w:p>
          <w:p w14:paraId="752B7BEF" w14:textId="30207F98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32"/>
                <w:lang w:val="fr-FR"/>
              </w:rPr>
            </w:pPr>
            <w:r w:rsidRPr="005A37D8">
              <w:rPr>
                <w:rFonts w:ascii="Times New Roman" w:hAnsi="Times New Roman"/>
                <w:b/>
                <w:sz w:val="18"/>
                <w:szCs w:val="32"/>
                <w:highlight w:val="yellow"/>
                <w:lang w:val="fr-FR"/>
              </w:rPr>
              <w:t xml:space="preserve">(EDP) </w:t>
            </w:r>
            <w:r w:rsidR="005A37D8" w:rsidRPr="005A37D8">
              <w:rPr>
                <w:rFonts w:ascii="Times New Roman" w:hAnsi="Times New Roman"/>
                <w:b/>
                <w:sz w:val="18"/>
                <w:szCs w:val="32"/>
                <w:highlight w:val="yellow"/>
                <w:lang w:val="fr-FR"/>
              </w:rPr>
              <w:t>M…………………</w:t>
            </w:r>
          </w:p>
          <w:p w14:paraId="52AA2B10" w14:textId="320E99B5" w:rsidR="003A12E1" w:rsidRPr="003A12E1" w:rsidRDefault="003A12E1" w:rsidP="003A12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8"/>
                <w:lang w:val="fr-FR"/>
              </w:rPr>
            </w:pP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(Semaine 2)</w:t>
            </w:r>
            <w:r w:rsidRPr="003A12E1"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5016</w:t>
            </w:r>
          </w:p>
        </w:tc>
      </w:tr>
      <w:tr w:rsidR="003A12E1" w:rsidRPr="005D0FE6" w14:paraId="35E8EF24" w14:textId="77777777" w:rsidTr="007A22F2">
        <w:trPr>
          <w:trHeight w:val="948"/>
          <w:jc w:val="center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716AE400" w14:textId="77777777" w:rsidR="003A12E1" w:rsidRPr="00824A91" w:rsidRDefault="003A12E1" w:rsidP="003A12E1">
            <w:pPr>
              <w:spacing w:after="0" w:line="240" w:lineRule="auto"/>
              <w:jc w:val="center"/>
              <w:rPr>
                <w:szCs w:val="32"/>
              </w:rPr>
            </w:pPr>
            <w:r w:rsidRPr="00824A91">
              <w:rPr>
                <w:rFonts w:ascii="Times New Roman" w:hAnsi="Times New Roman"/>
                <w:b/>
                <w:szCs w:val="32"/>
              </w:rPr>
              <w:t>JEUDI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CB9D94D" w14:textId="77777777" w:rsidR="003A12E1" w:rsidRPr="003A12E1" w:rsidRDefault="003A12E1" w:rsidP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Electronique appliquée (EA)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M. BELHERAZEM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0D217D7" w14:textId="6F9BEC75" w:rsidR="003A12E1" w:rsidRPr="003A12E1" w:rsidRDefault="003A12E1" w:rsidP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18"/>
                <w:szCs w:val="32"/>
                <w:lang w:val="fr-FR"/>
              </w:rPr>
              <w:t>Capteurs et intrumentation industrielle (CII)</w:t>
            </w:r>
            <w:r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M. BELLAHCENE</w:t>
            </w:r>
            <w:r>
              <w:rPr>
                <w:rFonts w:ascii="Times New Roman" w:hAnsi="Times New Roman"/>
                <w:b/>
                <w:sz w:val="18"/>
                <w:szCs w:val="32"/>
                <w:lang w:val="fr-FR"/>
              </w:rPr>
              <w:br/>
              <w:t>S. 5103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6E98E23" w14:textId="77777777" w:rsidR="003A12E1" w:rsidRPr="003A12E1" w:rsidRDefault="003A12E1" w:rsidP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t>Electronique de puissance (EDP)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Mme. BENDAHA</w:t>
            </w:r>
            <w:r>
              <w:rPr>
                <w:rFonts w:ascii="Times New Roman" w:hAnsi="Times New Roman"/>
                <w:b/>
                <w:sz w:val="20"/>
                <w:szCs w:val="36"/>
                <w:lang w:val="fr-FR"/>
              </w:rPr>
              <w:br/>
              <w:t>S. 5103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8FEB873" w14:textId="75BAB4AB" w:rsidR="003A12E1" w:rsidRPr="003A12E1" w:rsidRDefault="003A12E1" w:rsidP="003A12E1">
            <w:pPr>
              <w:spacing w:after="20" w:line="240" w:lineRule="auto"/>
              <w:jc w:val="center"/>
              <w:rPr>
                <w:sz w:val="20"/>
                <w:szCs w:val="36"/>
                <w:lang w:val="fr-FR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EF6BE30" w14:textId="77777777" w:rsidR="003A12E1" w:rsidRPr="003A12E1" w:rsidRDefault="003A12E1" w:rsidP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AEB09EF" w14:textId="77777777" w:rsidR="003A12E1" w:rsidRPr="003A12E1" w:rsidRDefault="003A12E1" w:rsidP="003A12E1">
            <w:pPr>
              <w:spacing w:after="0" w:line="240" w:lineRule="auto"/>
              <w:jc w:val="center"/>
              <w:rPr>
                <w:sz w:val="16"/>
                <w:szCs w:val="28"/>
                <w:lang w:val="fr-FR"/>
              </w:rPr>
            </w:pPr>
          </w:p>
        </w:tc>
      </w:tr>
    </w:tbl>
    <w:p w14:paraId="442AFF56" w14:textId="63973160" w:rsidR="001D4501" w:rsidRPr="00824A91" w:rsidRDefault="001D4501" w:rsidP="001075F8">
      <w:pPr>
        <w:spacing w:after="0" w:line="240" w:lineRule="auto"/>
        <w:rPr>
          <w:lang w:val="fr-FR"/>
        </w:rPr>
      </w:pPr>
    </w:p>
    <w:sectPr w:rsidR="001D4501" w:rsidRPr="00824A91" w:rsidSect="00034616">
      <w:pgSz w:w="16838" w:h="11906" w:orient="landscape"/>
      <w:pgMar w:top="142" w:right="142" w:bottom="142" w:left="142" w:header="57" w:footer="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1D8F"/>
    <w:rsid w:val="00034616"/>
    <w:rsid w:val="0006063C"/>
    <w:rsid w:val="000812C1"/>
    <w:rsid w:val="000C5A2E"/>
    <w:rsid w:val="001075F8"/>
    <w:rsid w:val="0015074B"/>
    <w:rsid w:val="00185208"/>
    <w:rsid w:val="001D4501"/>
    <w:rsid w:val="00231D3C"/>
    <w:rsid w:val="0029639D"/>
    <w:rsid w:val="00326F90"/>
    <w:rsid w:val="003A12E1"/>
    <w:rsid w:val="004A2E63"/>
    <w:rsid w:val="0056408A"/>
    <w:rsid w:val="005A37D8"/>
    <w:rsid w:val="005D0FE6"/>
    <w:rsid w:val="007A22F2"/>
    <w:rsid w:val="00824A91"/>
    <w:rsid w:val="00827928"/>
    <w:rsid w:val="00A51A02"/>
    <w:rsid w:val="00A61DE8"/>
    <w:rsid w:val="00AA1D8D"/>
    <w:rsid w:val="00B47730"/>
    <w:rsid w:val="00B52A1F"/>
    <w:rsid w:val="00CB0664"/>
    <w:rsid w:val="00E84704"/>
    <w:rsid w:val="00EE40C7"/>
    <w:rsid w:val="00FA19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E8880"/>
  <w14:defaultImageDpi w14:val="300"/>
  <w15:docId w15:val="{8B29DE4E-6DF8-4975-99B3-F981BB402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1FB8FD-3572-434B-8D64-C410EE19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299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AUTO</cp:lastModifiedBy>
  <cp:revision>13</cp:revision>
  <dcterms:created xsi:type="dcterms:W3CDTF">2026-09-08T08:44:00Z</dcterms:created>
  <dcterms:modified xsi:type="dcterms:W3CDTF">2026-10-12T07:24:00Z</dcterms:modified>
  <cp:category/>
</cp:coreProperties>
</file>