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21"/>
        <w:gridCol w:w="8221"/>
      </w:tblGrid>
      <w:tr w:rsidR="000E264A" w14:paraId="3F2AFC64" w14:textId="77777777">
        <w:trPr>
          <w:jc w:val="center"/>
        </w:trPr>
        <w:tc>
          <w:tcPr>
            <w:tcW w:w="8221" w:type="dxa"/>
          </w:tcPr>
          <w:p w14:paraId="70C98D95" w14:textId="54E52991" w:rsidR="000E264A" w:rsidRDefault="00891F5E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6788679" wp14:editId="57D7CE20">
                  <wp:simplePos x="0" y="0"/>
                  <wp:positionH relativeFrom="column">
                    <wp:posOffset>-85090</wp:posOffset>
                  </wp:positionH>
                  <wp:positionV relativeFrom="paragraph">
                    <wp:posOffset>-59690</wp:posOffset>
                  </wp:positionV>
                  <wp:extent cx="719455" cy="723900"/>
                  <wp:effectExtent l="0" t="0" r="4445" b="0"/>
                  <wp:wrapTight wrapText="bothSides">
                    <wp:wrapPolygon edited="0">
                      <wp:start x="0" y="0"/>
                      <wp:lineTo x="0" y="21032"/>
                      <wp:lineTo x="21162" y="21032"/>
                      <wp:lineTo x="21162" y="0"/>
                      <wp:lineTo x="0" y="0"/>
                    </wp:wrapPolygon>
                  </wp:wrapTight>
                  <wp:docPr id="2" name="Picture 2" descr="Image illustrative de l'article Université des sciences et de la technologie d'Oran - Mohamed-Boudi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 descr="Image illustrative de l'article Université des sciences et de la technologie d'Oran - Mohamed-Boudia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4EB5">
              <w:rPr>
                <w:rFonts w:ascii="Times New Roman" w:hAnsi="Times New Roman"/>
                <w:b/>
                <w:sz w:val="28"/>
              </w:rPr>
              <w:t>FACULTE DE GENIE ELECTRIQUE</w:t>
            </w:r>
          </w:p>
        </w:tc>
        <w:tc>
          <w:tcPr>
            <w:tcW w:w="8221" w:type="dxa"/>
          </w:tcPr>
          <w:p w14:paraId="7F496EC2" w14:textId="07B93262" w:rsidR="000E264A" w:rsidRDefault="00891F5E" w:rsidP="00891F5E">
            <w:pPr>
              <w:spacing w:after="0" w:line="240" w:lineRule="auto"/>
              <w:jc w:val="center"/>
            </w:pPr>
            <w:r w:rsidRPr="000C4796">
              <w:rPr>
                <w:noProof/>
                <w:sz w:val="14"/>
                <w:szCs w:val="14"/>
              </w:rPr>
              <w:drawing>
                <wp:anchor distT="0" distB="0" distL="114300" distR="114300" simplePos="0" relativeHeight="251661312" behindDoc="1" locked="0" layoutInCell="1" allowOverlap="1" wp14:anchorId="0FF95D81" wp14:editId="66CE86C8">
                  <wp:simplePos x="0" y="0"/>
                  <wp:positionH relativeFrom="column">
                    <wp:posOffset>4494530</wp:posOffset>
                  </wp:positionH>
                  <wp:positionV relativeFrom="paragraph">
                    <wp:posOffset>-2540</wp:posOffset>
                  </wp:positionV>
                  <wp:extent cx="723900" cy="723900"/>
                  <wp:effectExtent l="0" t="0" r="0" b="0"/>
                  <wp:wrapTight wrapText="bothSides">
                    <wp:wrapPolygon edited="0">
                      <wp:start x="0" y="0"/>
                      <wp:lineTo x="0" y="21032"/>
                      <wp:lineTo x="21032" y="21032"/>
                      <wp:lineTo x="21032" y="0"/>
                      <wp:lineTo x="0" y="0"/>
                    </wp:wrapPolygon>
                  </wp:wrapTight>
                  <wp:docPr id="1" name="Picture 1" descr="53747551_2200720583577279_4128552839586775040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0" descr="53747551_2200720583577279_4128552839586775040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4EB5">
              <w:rPr>
                <w:rFonts w:ascii="Times New Roman" w:hAnsi="Times New Roman"/>
                <w:b/>
                <w:sz w:val="28"/>
              </w:rPr>
              <w:t>DEPARTEMENT D’AUTOMATIQUE 2026/2027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</w:p>
        </w:tc>
      </w:tr>
    </w:tbl>
    <w:p w14:paraId="7E51FF15" w14:textId="14ECD949" w:rsidR="008E4AA5" w:rsidRPr="008E4AA5" w:rsidRDefault="00204EB5" w:rsidP="008E4AA5">
      <w:pPr>
        <w:jc w:val="center"/>
        <w:rPr>
          <w:b/>
          <w:bCs/>
          <w:sz w:val="30"/>
          <w:szCs w:val="20"/>
          <w:u w:val="single"/>
          <w:lang w:val="fr-FR"/>
        </w:rPr>
      </w:pPr>
      <w:r w:rsidRPr="008E4AA5">
        <w:rPr>
          <w:rFonts w:ascii="Times New Roman" w:hAnsi="Times New Roman"/>
          <w:b/>
          <w:sz w:val="27"/>
          <w:lang w:val="fr-FR"/>
        </w:rPr>
        <w:t xml:space="preserve">Emploi du temps S1 :  </w:t>
      </w:r>
      <w:r w:rsidR="008E4AA5">
        <w:rPr>
          <w:b/>
          <w:bCs/>
          <w:sz w:val="30"/>
          <w:szCs w:val="20"/>
          <w:u w:val="single"/>
          <w:lang w:val="fr-FR"/>
        </w:rPr>
        <w:t>5</w:t>
      </w:r>
      <w:proofErr w:type="gramStart"/>
      <w:r w:rsidR="008E4AA5" w:rsidRPr="008E4AA5">
        <w:rPr>
          <w:b/>
          <w:bCs/>
          <w:sz w:val="30"/>
          <w:szCs w:val="20"/>
          <w:u w:val="single"/>
          <w:vertAlign w:val="superscript"/>
          <w:lang w:val="fr-FR"/>
        </w:rPr>
        <w:t>ème</w:t>
      </w:r>
      <w:r w:rsidR="008E4AA5" w:rsidRPr="008E4AA5">
        <w:rPr>
          <w:b/>
          <w:bCs/>
          <w:sz w:val="30"/>
          <w:szCs w:val="20"/>
          <w:u w:val="single"/>
          <w:lang w:val="fr-FR"/>
        </w:rPr>
        <w:t>Année  INGENIEUR</w:t>
      </w:r>
      <w:proofErr w:type="gramEnd"/>
      <w:r w:rsidR="008E4AA5" w:rsidRPr="008E4AA5">
        <w:rPr>
          <w:b/>
          <w:bCs/>
          <w:sz w:val="30"/>
          <w:szCs w:val="20"/>
          <w:u w:val="single"/>
          <w:lang w:val="fr-FR"/>
        </w:rPr>
        <w:t xml:space="preserve"> D’ETAT</w:t>
      </w:r>
    </w:p>
    <w:p w14:paraId="2AB3D486" w14:textId="2800EAF9" w:rsidR="008E4AA5" w:rsidRPr="008E4AA5" w:rsidRDefault="008E4AA5" w:rsidP="008E4AA5">
      <w:pPr>
        <w:jc w:val="center"/>
        <w:rPr>
          <w:b/>
          <w:bCs/>
          <w:sz w:val="30"/>
          <w:szCs w:val="20"/>
          <w:u w:val="single"/>
          <w:lang w:val="fr-FR"/>
        </w:rPr>
      </w:pPr>
      <w:r w:rsidRPr="008E4AA5">
        <w:rPr>
          <w:b/>
          <w:bCs/>
          <w:sz w:val="30"/>
          <w:szCs w:val="20"/>
          <w:u w:val="single"/>
          <w:lang w:val="fr-FR"/>
        </w:rPr>
        <w:t>Automatique et Systèmes Intelligents</w:t>
      </w:r>
      <w:r w:rsidRPr="008E4AA5">
        <w:rPr>
          <w:b/>
          <w:bCs/>
          <w:sz w:val="30"/>
          <w:szCs w:val="20"/>
          <w:u w:val="single"/>
          <w:lang w:val="fr-FR"/>
        </w:rPr>
        <w:tab/>
      </w:r>
      <w:r w:rsidRPr="008E4AA5">
        <w:rPr>
          <w:b/>
          <w:bCs/>
          <w:sz w:val="30"/>
          <w:szCs w:val="20"/>
          <w:u w:val="single"/>
          <w:lang w:val="fr-FR"/>
        </w:rPr>
        <w:tab/>
      </w:r>
      <w:r w:rsidRPr="008E4AA5">
        <w:rPr>
          <w:b/>
          <w:bCs/>
          <w:sz w:val="30"/>
          <w:szCs w:val="20"/>
          <w:u w:val="single"/>
          <w:lang w:val="fr-FR"/>
        </w:rPr>
        <w:tab/>
      </w:r>
      <w:r w:rsidRPr="008E4AA5">
        <w:rPr>
          <w:b/>
          <w:bCs/>
          <w:sz w:val="30"/>
          <w:szCs w:val="20"/>
          <w:u w:val="single"/>
          <w:lang w:val="fr-FR"/>
        </w:rPr>
        <w:tab/>
      </w:r>
      <w:r w:rsidRPr="008E4AA5">
        <w:rPr>
          <w:b/>
          <w:bCs/>
          <w:sz w:val="30"/>
          <w:szCs w:val="20"/>
          <w:u w:val="single"/>
          <w:lang w:val="fr-FR"/>
        </w:rPr>
        <w:tab/>
      </w:r>
      <w:r w:rsidRPr="008E4AA5">
        <w:rPr>
          <w:b/>
          <w:bCs/>
          <w:sz w:val="26"/>
          <w:szCs w:val="16"/>
          <w:lang w:val="fr-FR"/>
        </w:rPr>
        <w:t xml:space="preserve">Semestre  </w:t>
      </w:r>
      <w:r>
        <w:rPr>
          <w:b/>
          <w:bCs/>
          <w:sz w:val="26"/>
          <w:szCs w:val="16"/>
          <w:lang w:val="fr-FR"/>
        </w:rPr>
        <w:t>9</w:t>
      </w:r>
      <w:r w:rsidRPr="008E4AA5">
        <w:rPr>
          <w:b/>
          <w:bCs/>
          <w:sz w:val="26"/>
          <w:szCs w:val="16"/>
          <w:lang w:val="fr-FR"/>
        </w:rPr>
        <w:t xml:space="preserve"> :     </w:t>
      </w:r>
    </w:p>
    <w:p w14:paraId="6F21622A" w14:textId="4FECD0F3" w:rsidR="000E264A" w:rsidRPr="008E4AA5" w:rsidRDefault="000E264A">
      <w:pPr>
        <w:spacing w:after="60" w:line="240" w:lineRule="auto"/>
        <w:jc w:val="center"/>
        <w:rPr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49"/>
        <w:gridCol w:w="2483"/>
        <w:gridCol w:w="2483"/>
        <w:gridCol w:w="2483"/>
        <w:gridCol w:w="2483"/>
        <w:gridCol w:w="2483"/>
        <w:gridCol w:w="2483"/>
      </w:tblGrid>
      <w:tr w:rsidR="000E264A" w14:paraId="11608CC3" w14:textId="77777777" w:rsidTr="00204EB5">
        <w:trPr>
          <w:trHeight w:val="408"/>
          <w:jc w:val="center"/>
        </w:trPr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EBFDD4A" w14:textId="77777777" w:rsidR="000E264A" w:rsidRPr="008E4AA5" w:rsidRDefault="000E264A">
            <w:pPr>
              <w:spacing w:after="0" w:line="240" w:lineRule="auto"/>
              <w:jc w:val="center"/>
              <w:rPr>
                <w:szCs w:val="32"/>
                <w:lang w:val="fr-FR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1995FC9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8h00 - 9h30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3FC7E43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9h30 - 11h00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8847476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11h00 - 12h30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C74751C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12h30 - 14h00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ABD8D62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14h00 - 15h30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4E5DD1D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15h30 - 17h00</w:t>
            </w:r>
          </w:p>
        </w:tc>
      </w:tr>
      <w:tr w:rsidR="000E264A" w:rsidRPr="00DC2166" w14:paraId="79DAAEA2" w14:textId="77777777" w:rsidTr="00204EB5">
        <w:trPr>
          <w:trHeight w:val="1446"/>
          <w:jc w:val="center"/>
        </w:trPr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04C58B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DIMANCHE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121B41E3" w14:textId="1983D788" w:rsidR="000E264A" w:rsidRPr="008E4AA5" w:rsidRDefault="00204EB5">
            <w:pPr>
              <w:pBdr>
                <w:bottom w:val="single" w:sz="4" w:space="1" w:color="777777"/>
              </w:pBd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1 (CAV)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H</w:t>
            </w:r>
            <w:r w:rsidR="00EA37FA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OUARI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5320</w:t>
            </w:r>
          </w:p>
          <w:p w14:paraId="3ABB5385" w14:textId="479EE383" w:rsidR="000E264A" w:rsidRPr="009B26FC" w:rsidRDefault="00E33B5A" w:rsidP="00344D7C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 w:rsidRPr="009B26FC">
              <w:rPr>
                <w:rFonts w:ascii="Times New Roman" w:hAnsi="Times New Roman"/>
                <w:b/>
                <w:sz w:val="20"/>
                <w:szCs w:val="28"/>
              </w:rPr>
              <w:t>TP 2 (</w:t>
            </w:r>
            <w:r w:rsidR="009B26FC" w:rsidRPr="009B26FC">
              <w:rPr>
                <w:rFonts w:ascii="Times New Roman" w:hAnsi="Times New Roman"/>
                <w:b/>
                <w:sz w:val="20"/>
                <w:szCs w:val="28"/>
              </w:rPr>
              <w:t>IV</w:t>
            </w:r>
            <w:r w:rsidRPr="009B26FC">
              <w:rPr>
                <w:rFonts w:ascii="Times New Roman" w:hAnsi="Times New Roman"/>
                <w:b/>
                <w:sz w:val="20"/>
                <w:szCs w:val="28"/>
              </w:rPr>
              <w:t>)</w:t>
            </w:r>
            <w:r w:rsidRPr="009B26FC">
              <w:rPr>
                <w:rFonts w:ascii="Times New Roman" w:hAnsi="Times New Roman"/>
                <w:b/>
                <w:sz w:val="20"/>
                <w:szCs w:val="28"/>
              </w:rPr>
              <w:br/>
              <w:t xml:space="preserve">M. </w:t>
            </w:r>
            <w:r w:rsidR="009B26FC" w:rsidRPr="009B26FC">
              <w:rPr>
                <w:rFonts w:ascii="Times New Roman" w:hAnsi="Times New Roman"/>
                <w:b/>
                <w:sz w:val="20"/>
                <w:szCs w:val="28"/>
              </w:rPr>
              <w:t>BENFRIHA</w:t>
            </w:r>
            <w:r w:rsidRPr="009B26FC">
              <w:rPr>
                <w:rFonts w:ascii="Times New Roman" w:hAnsi="Times New Roman"/>
                <w:b/>
                <w:sz w:val="20"/>
                <w:szCs w:val="28"/>
              </w:rPr>
              <w:br/>
              <w:t xml:space="preserve">S. 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3F7FD5AE" w14:textId="71F0496E" w:rsidR="000E264A" w:rsidRPr="008E4AA5" w:rsidRDefault="00204EB5">
            <w:pPr>
              <w:pBdr>
                <w:bottom w:val="single" w:sz="4" w:space="1" w:color="777777"/>
              </w:pBd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2 (CAV)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H</w:t>
            </w:r>
            <w:r w:rsidR="00EA37FA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OUARI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5320</w:t>
            </w:r>
          </w:p>
          <w:p w14:paraId="26354F2D" w14:textId="5ED61B38" w:rsidR="000E264A" w:rsidRPr="009B26FC" w:rsidRDefault="00344D7C" w:rsidP="00344D7C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 w:rsidRPr="009B26FC">
              <w:rPr>
                <w:rFonts w:ascii="Times New Roman" w:hAnsi="Times New Roman"/>
                <w:b/>
                <w:sz w:val="20"/>
                <w:szCs w:val="28"/>
              </w:rPr>
              <w:t>TP 1 (</w:t>
            </w:r>
            <w:r w:rsidR="009B26FC" w:rsidRPr="009B26FC">
              <w:rPr>
                <w:rFonts w:ascii="Times New Roman" w:hAnsi="Times New Roman"/>
                <w:b/>
                <w:sz w:val="20"/>
                <w:szCs w:val="28"/>
              </w:rPr>
              <w:t>IV</w:t>
            </w:r>
            <w:r w:rsidRPr="009B26FC">
              <w:rPr>
                <w:rFonts w:ascii="Times New Roman" w:hAnsi="Times New Roman"/>
                <w:b/>
                <w:sz w:val="20"/>
                <w:szCs w:val="28"/>
              </w:rPr>
              <w:t>)</w:t>
            </w:r>
            <w:r w:rsidRPr="009B26FC">
              <w:rPr>
                <w:rFonts w:ascii="Times New Roman" w:hAnsi="Times New Roman"/>
                <w:b/>
                <w:sz w:val="20"/>
                <w:szCs w:val="28"/>
              </w:rPr>
              <w:br/>
              <w:t xml:space="preserve">M. </w:t>
            </w:r>
            <w:r w:rsidR="009B26FC" w:rsidRPr="009B26FC">
              <w:rPr>
                <w:rFonts w:ascii="Times New Roman" w:hAnsi="Times New Roman"/>
                <w:b/>
                <w:sz w:val="20"/>
                <w:szCs w:val="28"/>
              </w:rPr>
              <w:t>BENFRIHA</w:t>
            </w:r>
            <w:r w:rsidRPr="009B26FC">
              <w:rPr>
                <w:rFonts w:ascii="Times New Roman" w:hAnsi="Times New Roman"/>
                <w:b/>
                <w:sz w:val="20"/>
                <w:szCs w:val="28"/>
              </w:rPr>
              <w:br/>
              <w:t xml:space="preserve">S. 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62B3874" w14:textId="3F83B287" w:rsidR="000E264A" w:rsidRPr="008E4AA5" w:rsidRDefault="00204EB5" w:rsidP="00344D7C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Commande Avancée (CAV)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H</w:t>
            </w:r>
            <w:r w:rsidR="00EA37FA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OUARI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 xml:space="preserve">S. 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321A271" w14:textId="77777777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5C619CE5" w14:textId="4BF5D5F4" w:rsidR="000E264A" w:rsidRPr="008E4AA5" w:rsidRDefault="00204EB5" w:rsidP="00344D7C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Recherche documentaire et conception de mémoire (RDCM)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BELARBI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306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7CCE0D9" w14:textId="77777777" w:rsidR="000E264A" w:rsidRPr="008E4AA5" w:rsidRDefault="000E264A">
            <w:pPr>
              <w:spacing w:after="0" w:line="240" w:lineRule="auto"/>
              <w:jc w:val="center"/>
              <w:rPr>
                <w:lang w:val="fr-FR"/>
              </w:rPr>
            </w:pPr>
          </w:p>
        </w:tc>
      </w:tr>
      <w:tr w:rsidR="000E264A" w:rsidRPr="00DC2166" w14:paraId="55B5F374" w14:textId="77777777" w:rsidTr="00204EB5">
        <w:trPr>
          <w:trHeight w:val="1446"/>
          <w:jc w:val="center"/>
        </w:trPr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56A79D5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LUNDI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70D0B951" w14:textId="77777777" w:rsidR="000E264A" w:rsidRPr="008E4AA5" w:rsidRDefault="00204EB5">
            <w:pPr>
              <w:pBdr>
                <w:bottom w:val="single" w:sz="4" w:space="1" w:color="777777"/>
              </w:pBd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1 (STR)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DELLA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5218</w:t>
            </w:r>
          </w:p>
          <w:p w14:paraId="12624992" w14:textId="77777777" w:rsidR="000E264A" w:rsidRPr="008E4AA5" w:rsidRDefault="00204EB5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2 (CR)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BENADDA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5316A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5FAD244E" w14:textId="77777777" w:rsidR="000E264A" w:rsidRPr="008E4AA5" w:rsidRDefault="00204EB5">
            <w:pPr>
              <w:pBdr>
                <w:bottom w:val="single" w:sz="4" w:space="1" w:color="777777"/>
              </w:pBd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2 (STR)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DELLA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5218</w:t>
            </w:r>
          </w:p>
          <w:p w14:paraId="10569C01" w14:textId="77777777" w:rsidR="000E264A" w:rsidRPr="008E4AA5" w:rsidRDefault="00204EB5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1 (CR)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BENADDA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5316A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5AB99C5" w14:textId="46F2EAA7" w:rsidR="000E264A" w:rsidRPr="008E4AA5" w:rsidRDefault="00204EB5" w:rsidP="00344D7C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Commande des robots (CR)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BENADDA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0336F861" w14:textId="77777777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EE36499" w14:textId="77777777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49726BD" w14:textId="77777777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</w:tr>
      <w:tr w:rsidR="000E264A" w:rsidRPr="00DC2166" w14:paraId="76CFA805" w14:textId="77777777" w:rsidTr="00204EB5">
        <w:trPr>
          <w:trHeight w:val="1191"/>
          <w:jc w:val="center"/>
        </w:trPr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499E54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MARDI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34BD9A6" w14:textId="47D8B8BF" w:rsidR="000E264A" w:rsidRPr="008E4AA5" w:rsidRDefault="00204EB5" w:rsidP="00344D7C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Commande Avancée (CAV)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H</w:t>
            </w:r>
            <w:r w:rsidR="00EA37FA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OUARI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FE9AD0A" w14:textId="5ED7A212" w:rsidR="000E264A" w:rsidRPr="008E4AA5" w:rsidRDefault="00204EB5" w:rsidP="00344D7C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TD (CAV)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H</w:t>
            </w:r>
            <w:r w:rsidR="00EA37FA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OUARI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72A03C82" w14:textId="372E7774" w:rsidR="000E264A" w:rsidRPr="008E4AA5" w:rsidRDefault="00204EB5" w:rsidP="00E33B5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Conception et développment Web (CDW)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DELLA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083E4C61" w14:textId="77777777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5904D02C" w14:textId="77777777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8B304E6" w14:textId="77777777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</w:tr>
      <w:tr w:rsidR="000E264A" w:rsidRPr="00DC2166" w14:paraId="7849C080" w14:textId="77777777" w:rsidTr="00204EB5">
        <w:trPr>
          <w:trHeight w:val="1191"/>
          <w:jc w:val="center"/>
        </w:trPr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6DB810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MERCREDI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73AF52F" w14:textId="2BF93B26" w:rsidR="000E264A" w:rsidRPr="008E4AA5" w:rsidRDefault="00204EB5" w:rsidP="00E33B5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Apprentissage profond (AP)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DELLA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5BDCEED4" w14:textId="4E7EEFBA" w:rsidR="000E264A" w:rsidRPr="00542F9B" w:rsidRDefault="00204EB5" w:rsidP="00E33B5A">
            <w:pPr>
              <w:spacing w:after="0" w:line="240" w:lineRule="auto"/>
              <w:jc w:val="center"/>
              <w:rPr>
                <w:sz w:val="20"/>
                <w:szCs w:val="28"/>
                <w:highlight w:val="yellow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Instrumentation virtuelle (IV)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BENFRIHA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45C3244A" w14:textId="5ACADDED" w:rsidR="000E264A" w:rsidRPr="00542F9B" w:rsidRDefault="00204EB5" w:rsidP="00E33B5A">
            <w:pPr>
              <w:spacing w:after="0" w:line="240" w:lineRule="auto"/>
              <w:jc w:val="center"/>
              <w:rPr>
                <w:sz w:val="20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Industrie 4.0 (I4.0)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BENFRIHA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A540C96" w14:textId="1BF84BBD" w:rsidR="000E264A" w:rsidRPr="008E4AA5" w:rsidRDefault="00204EB5" w:rsidP="00E33B5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TD (CR)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BENADDA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3573D14D" w14:textId="38E51137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373145A6" w14:textId="376C8DF9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</w:tr>
      <w:tr w:rsidR="000E264A" w:rsidRPr="00DC2166" w14:paraId="11385D25" w14:textId="77777777" w:rsidTr="00204EB5">
        <w:trPr>
          <w:trHeight w:val="1446"/>
          <w:jc w:val="center"/>
        </w:trPr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6AEE7A" w14:textId="77777777" w:rsidR="000E264A" w:rsidRPr="008E4AA5" w:rsidRDefault="00204EB5">
            <w:pPr>
              <w:spacing w:after="0" w:line="240" w:lineRule="auto"/>
              <w:jc w:val="center"/>
              <w:rPr>
                <w:szCs w:val="32"/>
              </w:rPr>
            </w:pPr>
            <w:r w:rsidRPr="008E4AA5">
              <w:rPr>
                <w:rFonts w:ascii="Times New Roman" w:hAnsi="Times New Roman"/>
                <w:b/>
                <w:szCs w:val="32"/>
              </w:rPr>
              <w:t>JEUDI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14BA173" w14:textId="2AA508C0" w:rsidR="000E264A" w:rsidRPr="008E4AA5" w:rsidRDefault="00204EB5" w:rsidP="00E33B5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Systèmes temps réel (STR)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DELLA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D7D9E88" w14:textId="3A36067B" w:rsidR="000E264A" w:rsidRPr="008E4AA5" w:rsidRDefault="00204EB5" w:rsidP="00E33B5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Traitement d'image et du son (TIS)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BERRACHED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S. 5</w:t>
            </w:r>
            <w:r w:rsidR="00DC2166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3</w:t>
            </w:r>
            <w:r w:rsidR="00344D7C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22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47379482" w14:textId="46E48EAF" w:rsidR="000E264A" w:rsidRPr="008E4AA5" w:rsidRDefault="00204EB5" w:rsidP="00E33B5A">
            <w:pPr>
              <w:pBdr>
                <w:bottom w:val="single" w:sz="4" w:space="1" w:color="777777"/>
              </w:pBd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1 (AP)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DELLA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5316A</w:t>
            </w:r>
          </w:p>
          <w:p w14:paraId="3A49158B" w14:textId="1AF75660" w:rsidR="000E264A" w:rsidRPr="008E4AA5" w:rsidRDefault="00E33B5A" w:rsidP="00E33B5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2 (TIS)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BERRACHED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5316B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0CC58EE" w14:textId="1AE63627" w:rsidR="000E264A" w:rsidRPr="008E4AA5" w:rsidRDefault="00204EB5" w:rsidP="00E33B5A">
            <w:pPr>
              <w:pBdr>
                <w:bottom w:val="single" w:sz="4" w:space="1" w:color="777777"/>
              </w:pBd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2 (AP)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DELLA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5316A</w:t>
            </w:r>
          </w:p>
          <w:p w14:paraId="5A7C575C" w14:textId="25693D83" w:rsidR="000E264A" w:rsidRPr="008E4AA5" w:rsidRDefault="00E33B5A" w:rsidP="00E33B5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1 (</w:t>
            </w:r>
            <w:r w:rsidR="00E2357F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TIS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BERRACHED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5316B</w:t>
            </w: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F304766" w14:textId="77777777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A30123C" w14:textId="77777777" w:rsidR="000E264A" w:rsidRPr="008E4AA5" w:rsidRDefault="000E264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</w:tr>
    </w:tbl>
    <w:p w14:paraId="3A5A03A6" w14:textId="6E7AF7E5" w:rsidR="000E264A" w:rsidRPr="008E4AA5" w:rsidRDefault="000E264A" w:rsidP="008E4AA5">
      <w:pPr>
        <w:spacing w:before="20" w:after="0" w:line="240" w:lineRule="auto"/>
        <w:jc w:val="center"/>
        <w:rPr>
          <w:lang w:val="fr-FR"/>
        </w:rPr>
      </w:pPr>
    </w:p>
    <w:sectPr w:rsidR="000E264A" w:rsidRPr="008E4AA5" w:rsidSect="00034616">
      <w:pgSz w:w="16838" w:h="11906" w:orient="landscape"/>
      <w:pgMar w:top="198" w:right="198" w:bottom="198" w:left="198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9CF"/>
    <w:rsid w:val="000E264A"/>
    <w:rsid w:val="00127795"/>
    <w:rsid w:val="0015074B"/>
    <w:rsid w:val="00204EB5"/>
    <w:rsid w:val="0029639D"/>
    <w:rsid w:val="00326F90"/>
    <w:rsid w:val="00327036"/>
    <w:rsid w:val="00344D7C"/>
    <w:rsid w:val="00425B62"/>
    <w:rsid w:val="00542F9B"/>
    <w:rsid w:val="005E461F"/>
    <w:rsid w:val="00891F5E"/>
    <w:rsid w:val="008E4AA5"/>
    <w:rsid w:val="009B26FC"/>
    <w:rsid w:val="00A561B6"/>
    <w:rsid w:val="00A76717"/>
    <w:rsid w:val="00AA1D8D"/>
    <w:rsid w:val="00B47730"/>
    <w:rsid w:val="00CB0664"/>
    <w:rsid w:val="00D076F1"/>
    <w:rsid w:val="00DC2166"/>
    <w:rsid w:val="00E2357F"/>
    <w:rsid w:val="00E33B5A"/>
    <w:rsid w:val="00EA37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04AF9F"/>
  <w14:defaultImageDpi w14:val="300"/>
  <w15:docId w15:val="{B1FA0B9B-D153-4EC6-8CCB-23273122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516586-FDA1-4854-BE22-70521915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Ketsuna</cp:lastModifiedBy>
  <cp:revision>4</cp:revision>
  <dcterms:created xsi:type="dcterms:W3CDTF">2026-10-10T11:12:00Z</dcterms:created>
  <dcterms:modified xsi:type="dcterms:W3CDTF">2026-10-10T11:14:00Z</dcterms:modified>
</cp:coreProperties>
</file>